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לפי ציווי, פנייה, גוף ומספר ותפקיד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נסיעה היא מערכת ואיך הנוסע/ת משפיע/ה על הסיכון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סוד שמגן לסוד שמבודד ולהגדיר מחדש את המושג 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הנוסעים יכולים להשפיע על רמת הסיכון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דרך מבע, גוף ומספר, אורך ותפקיד תקשורתי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עצור פונה ליחיד ו עצרו פונה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לב, לשאול, להקשיב ולגשר למבוגר או 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סוד שמגן עוזר ושומר, סוד שמבודד מרחיק ומזיק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הנוסעים גם משפיעים על רמת הסיכון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מהמאפיינים שנבדקים בניתוח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מדגישים לדבר על דמויות ועקרונות, והשיתוף הוא לפי בחירה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בשלב הסיכום של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סוד שמבודד מרחיק ומזיק, בניגוד לסוד שמגן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(צורת פועל שמבקשת לעשות פעולה, כמו 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(האופן שבו השלט פונה לקורא או לקוראת, ביחיד או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(המטרה שהשלט נועד להשיג אצל הקורא או הקוראת)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(סוד ששומר על מישהו ולא פוגע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(סוד שגורם לתחושת בדידות ומרחיק מעזרה)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טיעון ברור עם עמדה מוגדרת, שני נימוקים לפחות, שימוש בדוגמה משלט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הדרגתי של השינוי בסוד, זיהוי הרגע שבו הסוד מתחיל להזיק, הצעה הגיונית לפנייה למבוגר או מבוגרת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ציווי, פנייה, גוף ומספר, אורך או 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מגן שומר ועוזר, מבודד מרחיק ומזיק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 ולפנות למבוגר או מבוגרת אמינ/ה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לפני הדיון הרגיש ששיתוף הוא לפי בחירה בלבד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את קו העזרה על הלוח לפני תחילת החלק על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בטבלת ניתוח שלט עם בנק מושגים מוכן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נבדוק איך שלטי בטיחות בדרך בנויים מבחינה לשונית, נבין את תפקיד הנוסע/ת במערכת הבטיחות, ונדבר על ההבדל בין סוד שמגן לסוד שמבודד.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הביטוי נסיעה היא מערכת כפי שעלה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הנהג אחראי 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הנוסעים יכולים להשפיע על רמת הסיכון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המערכת היא רק השילוט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נוסעים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דרך מנתחות הקבוצות את השלטים בתרגיל מעבדת הלשון?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 השלט ומיקומו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דרך מבע, גוף ומספר, אורך ותפקיד תקשורתי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שם היצרן של השלט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עצור ל עצרו שעליו דנות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משמעותי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 פונה ליחיד ו עצרו פונה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עצרו מנוסח באופן רשמי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עצור הוא קיצור של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מגדיר השיעור מחדש את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כל סוד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למבוגר או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להסכים עם החבר או החברה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ממצבים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ההבדל בין סוד שמגן לסוד שמבודד?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שני הסוגים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סוד שמגן עוזר ושומר, סוד שמבודד מרחיק ומזיק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סוד שמבודד תמיד חיובי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סוד שמגן אסור לשמור לעולם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היא מערכת פירושו שרק הנהג אחראי לבטיחות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בניתוח השלטים בודקים גם גוף ומספר, כלומר יחיד מול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על נאמנות וסודות התלמידים מתבקשים לשתף חוויות אישיות שלהם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בסיום השיעור הוא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שמבודד הוא סוד שעוזר ומגן על מי שמחזיק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עונים התלמידים על שלוש שאלות __________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בניתוח השלטים בודקים דרך מבע, גוף ומספר, אורך ו__________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יכול להיות מנוסח בלשון __________, כמו עצור, או בלשון רבים, כמו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סוד ש__________ שומר ומגן על מי שמחזיק בו, בעוד שסוד שמבודד 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השיעור המורה כותב או כותבת על הלוח את קו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המטרה שהשלט נועד להשיג אצל הקורא או הקוראת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סוד ששומר על מישהו ולא פוגע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תפקיד תקשורתי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סוד שגורם לתחושת בדידות ומרחיק מעזרה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צורת פועל שמבקשת לעשות פעולה, כמו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האופן שבו השלט פונה לקורא או לקוראת, ביחיד או 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האם יש להחליף את נוסח הציווי בשלטים לרבים? נמקו את עמדתכם בשני נימוקים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תרחיש קצר שבו סוד מתחיל כסוד שמגן אך הופך בהדרגה לסוד שמבודד, והסבירו מה הדמות יכולה לעשות בעקבות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לשוניים שבהם ניתחתם את השלטים?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סוד שמגן לסוד שמבודד?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לגשר בין חבר או חברה למבוגר או מבוגרת כשמשהו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שילוט בטיחות, מערכת הנסיעה ונאמנות מחודשת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