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שילוט בטיחות, מערכת הנסיעה ונאמנות מחודשת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לשון השלטים לפי ציווי, פנייה, גוף ומספר ותפקיד תקשורתי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נסיעה היא מערכת ואיך הנוסע/ת משפיע/ה על הסיכון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סוד שמגן לסוד שמבודד ולהגדיר מחדש את המושג נאמנות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הנוסעים יכולים להשפיע על רמת הסיכון בנסיעה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לשים לב, לשאול, להקשיב ולגשר למבוגר או מבוגרת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מהמאפיינים שנבדקים בניתוח השלט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מדגישים לדבר על דמויות ועקרונות, והשיתוף הוא לפי בחירה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יחיד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(צורת פועל שמבקשת לעשות פעולה, כמו 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(המטרה שהשלט נועד להשיג אצל הקורא או הקוראת)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(סוד שגורם לתחושת בדידות ומרחיק מעזרה)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הדרגתי של השינוי בסוד, זיהוי הרגע שבו הסוד מתחיל להזיק, הצעה הגיונית לפנייה למבוגר או מבוגרת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ציווי, פנייה, גוף ומספר, אורך או תפקיד תקשורתי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מגן שומר ועוזר, מבודד מרחיק ומזיק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לב, לשאול, להקשיב ולפנות למבוגר או מבוגרת אמינ/ה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להזכיר לפני הדיון הרגיש ששיתוף הוא לפי בחירה בלבד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את קו העזרה על הלוח לפני תחילת החלק על נאמנות וסודות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בטבלת ניתוח שלט עם בנק מושגים מוכן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שילוט בטיחות, מערכת הנסיעה ונאמנות מחודשת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נבדוק איך שלטי בטיחות בדרך בנויים מבחינה לשונית, נבין את תפקיד הנוסע/ת במערכת הבטיחות, ונדבר על ההבדל בין סוד שמגן לסוד שמבודד.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יחיד  ·  בחירה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הביטוי נסיעה היא מערכת כפי שעלה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הנהג אחראי לבטיחות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הנוסעים יכולים להשפיע על רמת הסיכון בנסיעה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המערכת היא רק השילוט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מגדיר השיעור מחדש את המושג נאמנות?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לשמור כל סוד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לשים לב, לשאול, להקשיב ולגשר למבוגר או 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להסכים עם החבר או החברה בכל מצב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בניתוח השלטים בודקים גם גוף ומספר, כלומר יחיד מול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בדיון על נאמנות וסודות התלמידים מתבקשים לשתף חוויות אישיות שלהם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בפתיחת השיעור עונים התלמידים על שלוש שאלות __________ 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השלט יכול להיות מנוסח בלשון __________, כמו עצור, או בלשון רבים, כמו עצרו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סוד שגורם לתחושת בדידות ומרחיק מעזרה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תפקיד תקשורתי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צורת פועל שמבקשת לעשות פעולה, כמו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סוד שמבודד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המטרה שהשלט נועד להשיג אצל הקורא או הקוראת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תרחיש קצר שבו סוד מתחיל כסוד שמגן אך הופך בהדרגה לסוד שמבודד, והסבירו מה הדמות יכולה לעשות בעקבות 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מאפיינים לשוניים שבהם ניתחתם את השלטים?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סוד שמגן לסוד שמבודד?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שילוט בטיחות, מערכת הנסיעה ונאמנות מחודשת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